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6DB4C" w14:textId="172121EC" w:rsidR="000F5EBC" w:rsidRDefault="009B485B" w:rsidP="009B485B">
      <w:pPr>
        <w:pStyle w:val="Heading1"/>
        <w:tabs>
          <w:tab w:val="left" w:pos="2112"/>
          <w:tab w:val="center" w:pos="3780"/>
        </w:tabs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787E930C" wp14:editId="1467DB8E">
            <wp:simplePos x="0" y="0"/>
            <wp:positionH relativeFrom="column">
              <wp:posOffset>0</wp:posOffset>
            </wp:positionH>
            <wp:positionV relativeFrom="paragraph">
              <wp:posOffset>312420</wp:posOffset>
            </wp:positionV>
            <wp:extent cx="1409700" cy="1577340"/>
            <wp:effectExtent l="0" t="0" r="0" b="3810"/>
            <wp:wrapThrough wrapText="bothSides">
              <wp:wrapPolygon edited="0">
                <wp:start x="0" y="0"/>
                <wp:lineTo x="0" y="21391"/>
                <wp:lineTo x="21308" y="21391"/>
                <wp:lineTo x="21308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t>Johnie Niel D. Derubio</w:t>
      </w:r>
    </w:p>
    <w:p w14:paraId="6B13C2FC" w14:textId="62B112C4" w:rsidR="000F5EBC" w:rsidRDefault="000F5EBC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00"/>
        <w:gridCol w:w="5400"/>
      </w:tblGrid>
      <w:tr w:rsidR="000F5EBC" w14:paraId="6D5665BA" w14:textId="77777777">
        <w:tc>
          <w:tcPr>
            <w:tcW w:w="5400" w:type="dxa"/>
          </w:tcPr>
          <w:p w14:paraId="702C1D74" w14:textId="77777777" w:rsidR="000F5EBC" w:rsidRDefault="000F5EBC"/>
          <w:p w14:paraId="6772D829" w14:textId="77777777" w:rsidR="000F5EBC" w:rsidRDefault="00000000">
            <w:r>
              <w:rPr>
                <w:b/>
              </w:rPr>
              <w:t>CONTACT</w:t>
            </w:r>
          </w:p>
          <w:p w14:paraId="3BDB81D3" w14:textId="77777777" w:rsidR="000F5EBC" w:rsidRDefault="00000000">
            <w:r>
              <w:t>📞 09709286874</w:t>
            </w:r>
          </w:p>
          <w:p w14:paraId="6F1048D3" w14:textId="77777777" w:rsidR="000F5EBC" w:rsidRDefault="00000000">
            <w:r>
              <w:t>✉ johniedy2003@gmail.com</w:t>
            </w:r>
          </w:p>
          <w:p w14:paraId="5EC6CA4D" w14:textId="77777777" w:rsidR="000F5EBC" w:rsidRDefault="00000000">
            <w:r>
              <w:t>📍 Brngy Labo, Ozamiz City, Mis Occ</w:t>
            </w:r>
          </w:p>
          <w:p w14:paraId="0B4BCB5C" w14:textId="77777777" w:rsidR="000F5EBC" w:rsidRDefault="00000000">
            <w:r>
              <w:t>🌐 https://github.com/Argykaka/Personalprofile</w:t>
            </w:r>
          </w:p>
          <w:p w14:paraId="75C544A9" w14:textId="77777777" w:rsidR="000F5EBC" w:rsidRDefault="000F5EBC"/>
          <w:p w14:paraId="2BE80919" w14:textId="77777777" w:rsidR="000F5EBC" w:rsidRDefault="00000000">
            <w:r>
              <w:rPr>
                <w:b/>
              </w:rPr>
              <w:t>SKILLS</w:t>
            </w:r>
          </w:p>
          <w:p w14:paraId="7FB1C7BD" w14:textId="77777777" w:rsidR="000F5EBC" w:rsidRDefault="00000000">
            <w:pPr>
              <w:pStyle w:val="ListBullet"/>
            </w:pPr>
            <w:r>
              <w:t>UI Designer</w:t>
            </w:r>
          </w:p>
          <w:p w14:paraId="62489EAF" w14:textId="77777777" w:rsidR="000F5EBC" w:rsidRDefault="00000000">
            <w:pPr>
              <w:pStyle w:val="ListBullet"/>
            </w:pPr>
            <w:r>
              <w:t>UX Designer</w:t>
            </w:r>
          </w:p>
          <w:p w14:paraId="16FC97B0" w14:textId="77777777" w:rsidR="000F5EBC" w:rsidRDefault="00000000">
            <w:pPr>
              <w:pStyle w:val="ListBullet"/>
            </w:pPr>
            <w:r>
              <w:t>Cement Mixer</w:t>
            </w:r>
          </w:p>
          <w:p w14:paraId="7353F4EE" w14:textId="77777777" w:rsidR="000F5EBC" w:rsidRDefault="00000000">
            <w:pPr>
              <w:pStyle w:val="ListBullet"/>
            </w:pPr>
            <w:r>
              <w:t>Prototyping</w:t>
            </w:r>
          </w:p>
          <w:p w14:paraId="76E83EED" w14:textId="77777777" w:rsidR="000F5EBC" w:rsidRDefault="00000000">
            <w:pPr>
              <w:pStyle w:val="ListBullet"/>
            </w:pPr>
            <w:r>
              <w:t>Usability Testing</w:t>
            </w:r>
          </w:p>
          <w:p w14:paraId="46C2FCAA" w14:textId="77777777" w:rsidR="000F5EBC" w:rsidRDefault="00000000">
            <w:pPr>
              <w:pStyle w:val="ListBullet"/>
            </w:pPr>
            <w:r>
              <w:t>Web Programming</w:t>
            </w:r>
          </w:p>
          <w:p w14:paraId="4163D542" w14:textId="77777777" w:rsidR="000F5EBC" w:rsidRDefault="000F5EBC"/>
          <w:p w14:paraId="2DF9141A" w14:textId="77777777" w:rsidR="000F5EBC" w:rsidRDefault="00000000">
            <w:r>
              <w:rPr>
                <w:b/>
              </w:rPr>
              <w:t>EDUCATION</w:t>
            </w:r>
          </w:p>
          <w:p w14:paraId="4784FC17" w14:textId="77777777" w:rsidR="000F5EBC" w:rsidRDefault="00000000">
            <w:r>
              <w:t>Northwestern Mindanao State College</w:t>
            </w:r>
            <w:r>
              <w:br/>
              <w:t>Undergrad</w:t>
            </w:r>
            <w:r>
              <w:br/>
              <w:t>2024 – Present</w:t>
            </w:r>
          </w:p>
          <w:p w14:paraId="53C7E59B" w14:textId="77777777" w:rsidR="000F5EBC" w:rsidRDefault="00000000">
            <w:r>
              <w:t>Misamis University</w:t>
            </w:r>
            <w:r>
              <w:br/>
              <w:t>Senior High School</w:t>
            </w:r>
            <w:r>
              <w:br/>
              <w:t>2020 – 2022</w:t>
            </w:r>
          </w:p>
          <w:p w14:paraId="36C050B0" w14:textId="77777777" w:rsidR="000F5EBC" w:rsidRDefault="00000000">
            <w:r>
              <w:t>Brother Martin Simpson Laboratory School</w:t>
            </w:r>
            <w:r>
              <w:br/>
              <w:t>Elementary</w:t>
            </w:r>
            <w:r>
              <w:br/>
              <w:t>2010 – 2016</w:t>
            </w:r>
          </w:p>
        </w:tc>
        <w:tc>
          <w:tcPr>
            <w:tcW w:w="5400" w:type="dxa"/>
          </w:tcPr>
          <w:p w14:paraId="0AE44090" w14:textId="77777777" w:rsidR="000F5EBC" w:rsidRDefault="000F5EBC"/>
          <w:p w14:paraId="718D98DF" w14:textId="77777777" w:rsidR="000F5EBC" w:rsidRDefault="00000000">
            <w:r>
              <w:rPr>
                <w:b/>
              </w:rPr>
              <w:t>SUMMARY</w:t>
            </w:r>
          </w:p>
          <w:p w14:paraId="602E8491" w14:textId="77777777" w:rsidR="000F5EBC" w:rsidRDefault="00000000">
            <w:r>
              <w:t>Creative and adaptable UI/UX Designer with experience in responsive web design, prototyping, and usability testing. Skilled in WordPress development and web programming, with a unique foundation in hands-on work that brings precision and reliability to every project.</w:t>
            </w:r>
          </w:p>
          <w:p w14:paraId="73A09BB2" w14:textId="77777777" w:rsidR="000F5EBC" w:rsidRDefault="000F5EBC"/>
          <w:p w14:paraId="7381E084" w14:textId="77777777" w:rsidR="000F5EBC" w:rsidRDefault="00000000">
            <w:r>
              <w:rPr>
                <w:b/>
              </w:rPr>
              <w:t>WORKING EXPERIENCE</w:t>
            </w:r>
          </w:p>
          <w:p w14:paraId="588F14AC" w14:textId="77777777" w:rsidR="000F5EBC" w:rsidRDefault="00000000">
            <w:r>
              <w:t>LABORER</w:t>
            </w:r>
            <w:r>
              <w:br/>
              <w:t>Housing Project | 2016</w:t>
            </w:r>
          </w:p>
          <w:p w14:paraId="0418F9E8" w14:textId="77777777" w:rsidR="000F5EBC" w:rsidRDefault="00000000">
            <w:r>
              <w:t>• Cement prep</w:t>
            </w:r>
            <w:r>
              <w:br/>
              <w:t>• Sand &amp; rock segregation</w:t>
            </w:r>
            <w:r>
              <w:br/>
              <w:t>• Painter</w:t>
            </w:r>
          </w:p>
          <w:p w14:paraId="4D37F094" w14:textId="77777777" w:rsidR="000F5EBC" w:rsidRDefault="000F5EBC"/>
          <w:p w14:paraId="7615398D" w14:textId="77777777" w:rsidR="000F5EBC" w:rsidRDefault="00000000">
            <w:r>
              <w:t>FREELANCE WEB DESIGNER</w:t>
            </w:r>
            <w:r>
              <w:br/>
              <w:t>Client | 2022 – 2023</w:t>
            </w:r>
          </w:p>
          <w:p w14:paraId="274DC39F" w14:textId="77777777" w:rsidR="000F5EBC" w:rsidRDefault="00000000">
            <w:r>
              <w:t>• Designed and developed custom WordPress websites for small businesses and startups.</w:t>
            </w:r>
            <w:r>
              <w:br/>
              <w:t>• Delivered responsive layouts, UI mockups, and content updates tailored to each brand’s identity.</w:t>
            </w:r>
          </w:p>
        </w:tc>
      </w:tr>
    </w:tbl>
    <w:p w14:paraId="26898EE7" w14:textId="77777777" w:rsidR="00E6310A" w:rsidRDefault="00E6310A"/>
    <w:sectPr w:rsidR="00E6310A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67681493">
    <w:abstractNumId w:val="8"/>
  </w:num>
  <w:num w:numId="2" w16cid:durableId="1926916558">
    <w:abstractNumId w:val="6"/>
  </w:num>
  <w:num w:numId="3" w16cid:durableId="1285115357">
    <w:abstractNumId w:val="5"/>
  </w:num>
  <w:num w:numId="4" w16cid:durableId="1476876936">
    <w:abstractNumId w:val="4"/>
  </w:num>
  <w:num w:numId="5" w16cid:durableId="2119138278">
    <w:abstractNumId w:val="7"/>
  </w:num>
  <w:num w:numId="6" w16cid:durableId="991564230">
    <w:abstractNumId w:val="3"/>
  </w:num>
  <w:num w:numId="7" w16cid:durableId="38868924">
    <w:abstractNumId w:val="2"/>
  </w:num>
  <w:num w:numId="8" w16cid:durableId="1226260903">
    <w:abstractNumId w:val="1"/>
  </w:num>
  <w:num w:numId="9" w16cid:durableId="554006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5EBC"/>
    <w:rsid w:val="0015074B"/>
    <w:rsid w:val="0029639D"/>
    <w:rsid w:val="00326F90"/>
    <w:rsid w:val="00833052"/>
    <w:rsid w:val="009B485B"/>
    <w:rsid w:val="00AA1D8D"/>
    <w:rsid w:val="00B47730"/>
    <w:rsid w:val="00C27586"/>
    <w:rsid w:val="00CB0664"/>
    <w:rsid w:val="00E631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42BE2E"/>
  <w14:defaultImageDpi w14:val="300"/>
  <w15:docId w15:val="{63323E03-4250-4945-9B5B-F88AC56ED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Johnie Niel Derubio</cp:lastModifiedBy>
  <cp:revision>2</cp:revision>
  <dcterms:created xsi:type="dcterms:W3CDTF">2026-02-04T01:12:00Z</dcterms:created>
  <dcterms:modified xsi:type="dcterms:W3CDTF">2026-02-04T01:12:00Z</dcterms:modified>
  <cp:category/>
</cp:coreProperties>
</file>